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🧭 מנווטים נכון: חוסן, בטיחות וקבלת החלטות בנובמבר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חוברת תרגול – מנווטים נכון: חוסן, בטיחות וקבלת החלטות בנובמבר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רגיל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להבין את הקשר בין גאוגרפיה פיזית, הנדסת דרכים והתנהגות אנושית בנושא בטיחות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לנתח לשון הוראה (ציווי) בשלטים ולהשתמש בה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לזהות דפוסי מצוקה רגשית ולהבחין בין שמירת סוד לבין אחריות כלפי חבר/ה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ליישם חשיבה על דילמות וקבלת החלטות במצבי סיכון בדרך ובמערכות יחסים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גרסה רגילה – כל הפריטים.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פרק 1 · גאוגרפיה והנדסת הדרך: המסלול מעפולה לטבריה – הכרת המסלול והכבישים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א – עפולה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א – כביש 65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א – הר תבור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פרק 1 · גאוגרפיה והנדסת הדרך: המסלול מעפולה לטבריה – מיזוג הנתיבים וקריאת מפה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לא נכון – מחיפה נוסעים בכביש 75 עד צומת ישי, ורק משם עוברים לכביש 77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נכון – כך מוסבר בטקסט על בקע הכנרת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פרק 1 · גאוגרפיה והנדסת הדרך: המסלול מעפולה לטבריה – השלמות והתאמות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1. 77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התנועה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פרק 1 · גאוגרפיה והנדסת הדרך: המסלול מעפולה לטבריה – התאמת מקומות לכבישים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ג (כביש 65)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ד (כביש 75)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א (כביש 77)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ב (כביש 90)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פרק 2 · בטיחות כמערכת: הדרך, הרכב והאדם – הבנה בסיסית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א – דרך, רכב ואדם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א – להוציא את המבט מהכביש לשניות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א – שלטי אזהרה, מעקות ותאורה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ו׳ – פרק 2 · בטיחות כמערכת: הדרך, הרכב והאדם – נכון או לא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נכון – הטקסט מציין שזמן התגובה מושפע מעייפות, לחץ, סנוור והסחות דעת.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לא נכון – הטקסט מתאר שנוסע/ת יכול/ה גם להיות גורם מגן, למשל לענות להודעות או לשמור על שקט.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ז׳ – פרק 2 · בטיחות כמערכת: הדרך, הרכב והאדם – יישום והבנה מעמיקה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השפעה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ח׳ – פרק 2 · בטיחות כמערכת: הדרך, הרכב והאדם – התאמת מושגים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ד (הזמן שלוקח לנהג/ת להגיב לאירוע בדרך)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א (כמות המשימות המחשביות שהמוח מתמודד איתן בו-זמנית)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ב (נוכחות נוסעים שמשפיעה על סגנון הנהיגה)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ג (מערכות שמתריעות, מזהות ולעיתים אף בולמות)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ט׳ – פרק 3 · לשון ההוראה: שלטים, ציוויים וניסוח בטיחותי – זיהוי פעלי ציווי בשלטי דרך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א – עצור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א – לתת הוראה ברורה ומיידית לנהג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ב – ציווי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י׳ – פרק 3 · לשון ההוראה: שלטים, ציוויים וניסוח בטיחותי – שימוש ולשון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נכון – ציווי הוא גוף שני, פנייה ישירה למאזין/ת, ולכן מתאים לשלטים שפונים לכל נהג העובר.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לא נכון – זהו שם עצם/תיאור מצב הדרך, לא פועל ציווי – הוא מתריע, לא מצווה.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י״א – פרק 3 · לשון ההוראה: שלטים, ציוויים וניסוח בטיחותי – השלמות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אט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עצור כאן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י״ב – פרק 3 · לשון ההוראה: שלטים, ציוויים וניסוח בטיחותי – התאמת שלטים למשמעותם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ג (עצירה מלאה ובדיקת כל הכיוונים)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ה (הורדת מהירות לפני סכנה)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א (מתן מעבר לרכב בדרך הראשית)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ב (עיקולים רבים ברצף)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 – ו (שמירת מרחק והאטה בירידה)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6 – ד (חציה רק במקום המסומן)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י״ג – פרק 4 · ניווט רגשי: נאמנות, סודות וזיהוי מצוקה בשקט – הבנת הטקסט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ב – שמי ששומר הוא נאמן ומי שמספר בוגד, בלי קשר לתוכן הסוד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ב – היעלמות ממפגשים חברתיים ותשובות קצרות בהודעות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י״ד – פרק 4 · ניווט רגשי: נאמנות, סודות וזיהוי מצוקה בשקט – נכון או לא נכון והשלמות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לא נכון – הטקסט מדגיש שהמצוקה לרוב שקטה ומצטברת לאורך זמן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לא נכון – הטקסט מסביר שסימן בודד יכול להיות מצב רוח חולף; חשובה הצטברות הסימנים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לא נכון – הטקסט קובע שנאמנות היא מחויבות לטובת האחר, לא שתיקה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ט״ו – פרק 4 · ניווט רגשי: נאמנות, סודות וזיהוי מצוקה בשקט – השלמות והתאמות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רחוק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מחויבות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ט״ז – פרק 4 · ניווט רגשי: נאמנות, סודות וזיהוי מצוקה בשקט – התאמה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ד (בפרטיות, בטון רגוע, בלי חקירה)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א (שומר על פרטיות ואינו מסכן את בעליו)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ב (נושא עליו עומס שמחמיר ללא עזרה)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ג (דרך לוודא שהחבר לא נשאר לבד)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י״ז – פרק 5 · קבלת החלטות ודילמות: מהכביש לחברות – הבנת המושג דילמה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ב – מצב שבו הבחירה הטובה לטווח הקצר עלולה להזיק לטווח הארוך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ג – בדיוק בירידה התלולה אל טבריה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ג – להציע לקרוא ולענות על ההודעות במקומו/ה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ב – שיתוף מבוגר/ת נחשב לבחירה הנכונה ולא לבגידה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י״ח – פרק 5 · קבלת החלטות ודילמות: מהכביש לחברות – יישום והשוואה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ד (נוסע/ת מציע/ה לענות במקום הנהג/ת)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ג (משתפים מבוגר/ת מתוך דאגה אמיתית)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ב (הגדרת דילמה)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ה (מחויבות לטובתו של האחר, לא שתיקה)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 – א (עלולה להשאיר את החבר/ה לבד עם בעיה גדולה)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י״ט – פרק 5 · קבלת החלטות ודילמות: מהכביש לחברות – יישום נוסף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מזיקה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מחויבות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כ׳ – פרק 5 · קבלת החלטות ודילמות: מהכביש לחברות – חשיבה משווה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ב – בשתיהן יש פיתוי לבחור בפתרון הקל, שעלול לפגוע לטווח ארוך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התשובה מתייחסת לשיפוע, עיקולים ושדה ראייה מוגבל כתוצאה מהבקע העמוק של הכנרת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התלמיד/ה מזהה נכון צורת ציווי (עצור/האט/סע) ומנסח הוראה חדשה בהתאמה דקדוקית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התשובה מבוססת על ההבחנה מהטקסט בין נאמנות כשתיקה לנאמנות כמחויבות לטובת האחר, כולל דוגמה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ניתן לחלק את החוברת לשלושה מפגשים: פרקים 1-2 (בטיחות ומערכת), פרק 3 (לשון), פרקים 4-6 (חוסן ודילמות)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בפרקים הרגשיים יש להדגיש כי כל שיתוף הוא רשות, ולאפשר מענה בכתב אנונימי למי שמעדיף/ה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לתלמידים מתקדמים אפשר להוסיף משימת השוואה בין טקסט תיכון לטקסט מסלול 'חוקרי העתיד' על אותו נושא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מומלץ לסיים כל מפגש בדיון קצר המחבר בין בטיחות בדרכים לבין אחריות הדדית בין חברים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🧭 מנווטים נכון: חוסן, בטיחות וקבלת החלטות בנובמבר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חוברת תרגול – מנווטים נכון: חוסן, בטיחות וקבלת החלטות בנובמבר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רגיל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24"/>
          <w:rtl/>
          <w:szCs w:val="24"/>
        </w:rPr>
        <w:t>בחוברת זו תנתחו טקסטים עיוניים וסיפוריים העוסקים בבטיחות בדרכים ובחוסן רגשי, ותתרגלו מיומנויות קריאה, ניתוח לשוני וקבלת החלטות. עבדו לפי סדר הפרקים, וענו במשפטים מלאים תוך הפניה לדוגמאות מהטקסט.</w:t>
      </w: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8"/>
          <w:rtl/>
          <w:szCs w:val="28"/>
          <w:bCs/>
        </w:rPr>
        <w:t>1  חלק א׳ – פרק 1 · גאוגרפיה והנדסת הדרך: המסלול מעפולה לטבריה – הכרת המסלול והכבישים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מאיזו עיר יוצא המסלול המתואר בטקסט לכיוון טבריה?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עפולה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חיפה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נצרת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טבריה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באיזה כביש יוצאים מעפולה בתחילת הנסיעה צפונה-מזרחה?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כביש 65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כביש 75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כביש 77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כביש 90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איזה הר בולט לאורך כביש 65 בדרך לטבריה?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הר תבור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הר הכרמל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הר גלבוע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הר מירון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8"/>
          <w:rtl/>
          <w:szCs w:val="28"/>
          <w:bCs/>
        </w:rPr>
        <w:t>2  חלק ב׳ – פרק 1 · גאוגרפיה והנדסת הדרך: המסלול מעפולה לטבריה – מיזוג הנתיבים וקריאת מפה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נוסעים מחיפה משתמשים בכביש 77 לאורך כל הדרך לטבריה.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הכנרת נמצאת הרבה מתחת לפני הים, ולכן הכביש אליה חייב לרדת בהפרש גובה גדול.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8"/>
          <w:rtl/>
          <w:szCs w:val="28"/>
          <w:bCs/>
        </w:rPr>
        <w:t>3  חלק ג׳ – פרק 1 · גאוגרפיה והנדסת הדרך: המסלול מעפולה לטבריה – השלמות והתאמות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1. במחלף גולני המסלול שיצא מעפולה עובר מכביש 65 לכביש __________.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2. מחלף גולני הוא הנקודה שבה כל __________ מתנקזת לנתיב אחד היורד אל בקע הכנרת.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8"/>
          <w:rtl/>
          <w:szCs w:val="28"/>
          <w:bCs/>
        </w:rPr>
        <w:t>4  חלק ד׳ – פרק 1 · גאוגרפיה והנדסת הדרך: המסלול מעפולה לטבריה – התאמת מקומות לכבישים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1. היציאה מעפולה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א. כביש 77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2. יציאה מחיפה עד צומת ישי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ב. כביש 90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3. מעבר מזרחה ממחלף גולני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ג. כביש 65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4. הדרך לאורך הכנרת בטבריה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ד. כביש 75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8"/>
          <w:rtl/>
          <w:szCs w:val="28"/>
          <w:bCs/>
        </w:rPr>
        <w:t>5  חלק ה׳ – פרק 2 · בטיחות כמערכת: הדרך, הרכב והאדם – הבנה בסיסית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לפי הטקסט, שלושת הרכיבים של מערכת הבטיחות בדרכים הם: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דרך, רכב ואדם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נהג, משטרה וחוק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כביש, רמזור ותמרור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מהירות, זמן ומרחק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לפי הטקסט, הודעה בטלפון גורמת לנהג/ת ל...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להוציא את המבט מהכביש לשניות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לשפר את הריכוז בנהיגה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להאיץ את מהירות הנסיעה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לעצור את הרכב מיד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אילו פתרונות הנדסיים מוזכרים בטקסט בקטעי דרך מסוכנים?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שלטי אזהרה, מעקות ותאורה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הגבלת מהירות בלבד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סגירת הכביש לתנועה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רמזורים בלבד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8"/>
          <w:rtl/>
          <w:szCs w:val="28"/>
          <w:bCs/>
        </w:rPr>
        <w:t>6  חלק ו׳ – פרק 2 · בטיחות כמערכת: הדרך, הרכב והאדם – נכון או לא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עייפות ולחץ משפיעים על זמן התגובה של הנהג/ת.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לפי הטקסט, נוסע/ת ברכב יכול/ה רק להסיח את דעת הנהג/ת ואין דרך שבה הוא/היא יכול/ה לעזור.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8"/>
          <w:rtl/>
          <w:szCs w:val="28"/>
          <w:bCs/>
        </w:rPr>
        <w:t>7  חלק ז׳ – פרק 2 · בטיחות כמערכת: הדרך, הרכב והאדם – יישום והבנה מעמיקה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1. הטקסט מתאר שמחקרים בתחום ההתנהגות בדרכים מכנים את ההשפעה של נוסעים על סגנון הנהיגה בשם __________ חברתית.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8"/>
          <w:rtl/>
          <w:szCs w:val="28"/>
          <w:bCs/>
        </w:rPr>
        <w:t>8  חלק ח׳ – פרק 2 · בטיחות כמערכת: הדרך, הרכב והאדם – התאמת מושגים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1. זמן תגובה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א. כמות המשימות המחשביות שהמוח מתמודד איתן בו-זמנית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2. עומס קוגניטיבי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ב. נוכחות נוסעים שמשפיעה על סגנון הנהיגה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3. השפעה חברתית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ג. מערכות שמתריעות, מזהות ולעיתים אף בולמות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4. מערכות ממוחשבות ברכב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ד. הזמן שלוקח לנהג/ת להגיב לאירוע בדרך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8"/>
          <w:rtl/>
          <w:szCs w:val="28"/>
          <w:bCs/>
        </w:rPr>
        <w:t>9  חלק ט׳ – פרק 3 · לשון ההוראה: שלטים, ציוויים וניסוח בטיחותי – זיהוי פעלי ציווי בשלטי דרך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איזו מהמילים הבאה היא פועל ציווי כפי שמופיע בשלטי דרך?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עצור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עצירה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נעצר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עוצרים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מהי המטרה התפקודית העיקרית של שימוש בפועל ציווי בשלט כמו "האט"?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לתת הוראה ברורה ומיידית לנהג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לתאר את מצב הכביש בעבר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לספר סיפור על הדרך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להביע רגש כלפי הנהג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בשלט "תן זכות קדימה" הפועל "תן" הוא בלשון: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עתיד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ציווי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עבר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הווה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8"/>
          <w:rtl/>
          <w:szCs w:val="28"/>
          <w:bCs/>
        </w:rPr>
        <w:t>10  חלק י׳ – פרק 3 · לשון ההוראה: שלטים, ציוויים וניסוח בטיחותי – שימוש ולשון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פועל ציווי פונה תמיד לנוכח (אתה/את), בלי תלות בזמן הדיבור.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השלט "דרך מפותלת" כתוב בלשון ציווי.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8"/>
          <w:rtl/>
          <w:szCs w:val="28"/>
          <w:bCs/>
        </w:rPr>
        <w:t>11  חלק י״א – פרק 3 · לשון ההוראה: שלטים, ציוויים וניסוח בטיחותי – השלמות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1. ה__________ לפני עיקול חד בדרך היורדת לכנרת.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2. נסחו מחדש בלשון ציווי במקום "צריך לעצור כאן": 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8"/>
          <w:rtl/>
          <w:szCs w:val="28"/>
          <w:bCs/>
        </w:rPr>
        <w:t>12  חלק י״ב – פרק 3 · לשון ההוראה: שלטים, ציוויים וניסוח בטיחותי – התאמת שלטים למשמעותם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1. עצור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א. מתן מעבר לרכב בדרך הראשית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2. האט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ב. עיקולים רבים ברצף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3. תן זכות קדימה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ג. עצירה מלאה ובדיקת כל הכיוונים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4. דרך מפותלת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ד. חציה רק במקום המסומן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5. ירידה תלולה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ה. הורדת מהירות לפני סכנה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6. מעבר חציה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ו. שמירת מרחק והאטה בירידה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8"/>
          <w:rtl/>
          <w:szCs w:val="28"/>
          <w:bCs/>
        </w:rPr>
        <w:t>13  חלק י״ג – פרק 4 · ניווט רגשי: נאמנות, סודות וזיהוי מצוקה בשקט – הבנת הטקסט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לפי הטקסט, מה התפיסה המוטעית שרבים מחזיקים בה לגבי המשפט 'אל תספר לאף אחד'?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שהוא תמיד מבטא אהבה אמיתית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שמי ששומר הוא נאמן ומי שמספר בוגד, בלי קשר לתוכן הסוד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שהוא מתאים רק למבוגרים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שהוא תקף רק בין בני משפחה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איזה מהבאים מופיע בטקסט כסימן שקט אפשרי למצוקה?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צעקות והתפרצויות זעם תכופות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היעלמות ממפגשים חברתיים ותשובות קצרות בהודעות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הצטיינות פתאומית בלימודים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בקשה גלויה לעזרה מהמורה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8"/>
          <w:rtl/>
          <w:szCs w:val="28"/>
          <w:bCs/>
        </w:rPr>
        <w:t>14  חלק י״ד – פרק 4 · ניווט רגשי: נאמנות, סודות וזיהוי מצוקה בשקט – נכון או לא נכון והשלמות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לפי הטקסט, מצוקה רגשית אצל בני נוער תמיד באה לידי ביטוי בצורה דרמטית וברורה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סימן בודד אחד, כמו סטורי עצוב פעם אחת, מספיק כדי להסיק שלחבר יש מצוקה אמיתית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לפי הטקסט, נאמנות אמיתית היא שתיקה מוחלטת בכל מצב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8"/>
          <w:rtl/>
          <w:szCs w:val="28"/>
          <w:bCs/>
        </w:rPr>
        <w:t>15  חלק ט״ו – פרק 4 · ניווט רגשי: נאמנות, סודות וזיהוי מצוקה בשקט – השלמות והתאמות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1. לפי הטקסט, המשפט הראשוני שמוצע לפנייה לחבר הוא: 'שמתי לב שאתה קצת __________ לאחרונה'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2. הטקסט קובע כי נאמנות איננה שתיקה, אלא __________ לטובתו של האחר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8"/>
          <w:rtl/>
          <w:szCs w:val="28"/>
          <w:bCs/>
        </w:rPr>
        <w:t>16  חלק ט״ז – פרק 4 · ניווט רגשי: נאמנות, סודות וזיהוי מצוקה בשקט – התאמה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1. פנייה נכונה לחבר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א. שומר על פרטיות ואינו מסכן את בעליו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2. סוד שמגן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ב. נושא עליו עומס שמחמיר ללא עזרה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3. סוד שמבודד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ג. דרך לוודא שהחבר לא נשאר לבד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4. שיתוף מבוגר במצוקה מתמשכת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ד. בפרטיות, בטון רגוע, בלי חקירה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8"/>
          <w:rtl/>
          <w:szCs w:val="28"/>
          <w:bCs/>
        </w:rPr>
        <w:t>17  חלק י״ז – פרק 5 · קבלת החלטות ודילמות: מהכביש לחברות – הבנת המושג דילמה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איך מגדירים בטקסט את המושג "דילמה"?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מצב שבו אין שום פתרון אפשרי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מצב שבו הבחירה הטובה לטווח הקצר עלולה להזיק לטווח הארוך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מצב שבו שני הצדדים תמיד צודקים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ויכוח בין שני חברים על דעה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בתרחיש הנסיעה לטבריה, מתי בדיוק מקבלת הנהגת הודעות בטלפון?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לפני היציאה מעפולה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בקטע ישר וארוך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בדיוק בירידה התלולה אל טבריה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אחרי שהגיעו ליעד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מה ההצעה הנכונה שמציע נוסע/ת כשהנהג/ת מוסח/ת מהטלפון?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להתעלם ולשתוק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לצעוק עליו/ה להתרכז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להציע לקרוא ולענות על ההודעות במקומו/ה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לקחת ממנו/ה את הטלפון בכוח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4. מה קורה כשסוד שחבר/ה ביקש לשמור הופך לסוד מדאיג על מצוקה מתמשכת?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תמיד צריך לשמור עליו בכל מחיר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שיתוף מבוגר/ת נחשב לבחירה הנכונה ולא לבגידה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עדיף להתעלם ולחכות שיעבור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צריך לספר לכל הכיתה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8"/>
          <w:rtl/>
          <w:szCs w:val="28"/>
          <w:bCs/>
        </w:rPr>
        <w:t>18  חלק י״ח – פרק 5 · קבלת החלטות ודילמות: מהכביש לחברות – יישום והשוואה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1. טלפון מצלצל בירידה התלולה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א. עלולה להשאיר את החבר/ה לבד עם בעיה גדולה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2. חבר/ה מבקש/ת לשמור סוד על מצוקה מתמשכת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ב. הגדרת דילמה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3. בחירה טובה לטווח קצר שמזיקה בטווח ארוך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ג. משתפים מבוגר/ת מתוך דאגה אמיתית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4. נאמנות אמיתית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ד. נוסע/ת מציע/ה לענות במקום הנהג/ת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5. שמירה על אמון בטווח המיידי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ה. מחויבות לטובתו של האחר, לא שתיקה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8"/>
          <w:rtl/>
          <w:szCs w:val="28"/>
          <w:bCs/>
        </w:rPr>
        <w:t>19  חלק י״ט – פרק 5 · קבלת החלטות ודילמות: מהכביש לחברות – יישום נוסף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1. בתורת המשחקים, דילמה היא מצב שבו הבחירה הטובה לטווח הקצר __________ לטווח הארוך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2. נאמנות איננה שתיקה; היא __________ לטובתו של האחר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8"/>
          <w:rtl/>
          <w:szCs w:val="28"/>
          <w:bCs/>
        </w:rPr>
        <w:t>20  חלק כ׳ – פרק 5 · קבלת החלטות ודילמות: מהכביש לחברות – חשיבה משווה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מה משותף לדילמה בכביש (הטלפון) ולדילמה החברתית (הסוד המדאיג)?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בשתיהן אין שום סיכון אמיתי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בשתיהן יש פיתוי לבחור בפתרון הקל, שעלול לפגוע לטווח ארוך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בשתיהן הפתרון הוא תמיד לשתוק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בשתיהן מדובר רק בילדים קטנים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28"/>
          <w:rtl/>
          <w:szCs w:val="28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האם אני יכול/ה להסביר מדוע הירידה לטבריה דורשת תכנון הנדסי מיוחד, בהתבסס על הטופוגרפיה?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האם אני מזהה פועל ציווי בשלט ויודע/ת לנסח הוראת בטיחות דומה בעצמי?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האם אני יודע/ת להבחין בין שמירת סוד לגיטימית לבין מצב שבו צריך לשתף מבוגר/ת, ולנמק זאת?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24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חוברת תרגול – מנווטים נכון: חוסן, בטיחות וקבלת החלטות בנובמבר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