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גאוגרפיה פיזית, הנדסת דרכים והתנהגות אנושית בנושא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לשון הוראה (ציווי) בשלטים ולהשתמש בה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דפוסי מצוקה רגשית ולהבחין בין שמירת סוד לבין אחריות כלפי חבר/ה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ליישם חשיבה על דילמות וקבלת החלטות במצבי סיכון בדרך ובמערכות יחסים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גאוגרפיה והנדסת הדרך: המסלול מעפולה לטבריה – הכרת המסלול והכבישים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עפולה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 תבור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גאוגרפיה והנדסת הדרך: המסלול מעפולה לטבריה – מיזוג הנתיבים וקריאת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מחיפה נוסעים בכביש 75 עד צומת ישי, ורק משם עוברים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בטקסט על בקע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גאוגרפיה והנדסת הדרך: המסלול מעפולה לטבריה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התנועה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גאוגרפיה והנדסת הדרך: המסלול מעפולה לטבריה – התאמת מקומות לכבישים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(כביש 65)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(כביש 75)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(כביש 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(כביש 90)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בטיחות כמערכת: הדרך, הרכב והאדם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דרך, רכב ואדם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להוציא את המבט מהכביש לשניות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שלטי אזהרה, מעקות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בטיחות כמערכת: הדרך, הרכב והאדם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שזמן התגובה מושפע מעייפות, לחץ, סנוור והסחות דעת.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מתאר שנוסע/ת יכול/ה גם להיות גורם מגן, למשל לענות להודעות או לשמור על שקט.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בטיחות כמערכת: הדרך, הרכב והאדם – יישום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השפעה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בטיחות כמערכת: הדרך, הרכב והאדם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(הזמן שלוקח לנהג/ת להגיב לאירוע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(כמות המשימות המחשביות שהמוח מתמודד איתן בו-זמנית)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(נוכחות נוסעים שמשפיעה על סגנון הנהיגה)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(מערכות שמתריעות, מזהות ולעיתים אף בולמות)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לשון ההוראה: שלטים, ציוויים וניסוח בטיחותי – זיהוי פעלי ציווי בשלטי 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לתת הוראה ברורה ומיידית לנהג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לשון ההוראה: שלטים, ציוויים וניסוח בטיחותי – שימוש ולשון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ציווי הוא גוף שני, פנייה ישירה למאזין/ת, ולכן מתאים לשלטים שפונים לכל נהג העובר.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שם עצם/תיאור מצב הדרך, לא פועל ציווי – הוא מתריע, לא מצווה.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לשון ההוראה: שלטים, ציוויים וניסוח בטיחותי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 כאן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לשון ההוראה: שלטים, ציוויים וניסוח בטיחותי – התאמת שלטים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ובדיקת 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(הורדת מהירות לפני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(מתן מעבר לרכב בדרך הראשית)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(עיקולים רבים ברצף)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(שמירת מרחק והאטה בירידה)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(חציה רק במקום המסומן)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ניווט רגשי: נאמנות, סודות וזיהוי מצוקה בשקט – הבנת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שמי ששומר הוא נאמן ומי שמספר בוגד, בלי קשר לתוכן הסוד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היעלמות ממפגשים חברתיים ותשובות קצרות בהודעות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ניווט רגשי: נאמנות, סודות וזיהוי מצוקה בשקט – נכון או 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שהמצוקה לרוב שקטה ומצטברת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מסביר שסימן בודד יכול להיות מצב רוח חולף; חשובה הצטברות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קובע שנאמנות היא מחויבות לטובת האחר, לא שתיקה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ניווט רגשי: נאמנות, סודות וזיהוי מצוקה בשקט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ניווט רגשי: נאמנות, סודות וזיהוי מצוקה בשקט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(בפרטיות, בטון רגוע, בלי חקירה)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(שומר על פרטיות ואינו מסכן את בעליו)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(נושא עליו עומס שמחמיר ללא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(דרך לוודא שהחבר לא נשאר לבד)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קבלת החלטות ודילמות: מהכביש לחברות – הבנת המושג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שבו הבחירה הטובה לטווח הקצר עלולה להזיק לטווח הארוך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בדיוק בירידה התלולה אל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להציע לקרוא ולענות על ההודעות במקומו/ה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שיתוף מבוגר/ת נחשב לבחירה הנכונה ולא לבגידה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קבלת החלטות ודילמות: מהכביש לחברות – יישום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(נוסע/ת מציע/ה לענות במקום הנהג/ת)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(משתפים מבוגר/ת מתוך דאגה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(הגדרת דילמה)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(מחויבות לטובתו של האחר, לא שתיקה)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(עלולה להשאיר את החבר/ה לבד עם בעיה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קבלת החלטות ודילמות: מהכביש לחברות – יישום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מחויבות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קבלת החלטות ודילמות: מהכביש לחברות – חשיבה משווה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בשתיהן יש פיתוי לבחור בפתרון הקל, שעלול לפגוע לטווח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מתייחסת לשיפוע, עיקולים ושדה ראייה מוגבל כתוצאה מהבקע העמוק של הכנרת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נכון צורת ציווי (עצור/האט/סע) ומנסח הוראה חדשה בהתאמה דקדוקית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מבוססת על ההבחנה מהטקסט בין נאמנות כשתיקה לנאמנות כמחויבות לטובת האחר, כולל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לשלושה מפגשים: פרקים 1-2 (בטיחות ומערכת), פרק 3 (לשון), פרקים 4-6 (חוסן ודילמות)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בפרקים הרגשיים יש להדגיש כי כל שיתוף הוא רשות, ולאפשר מענה בכתב אנונימי למי שמעדיף/ה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השוואה בין טקסט תיכון לטקסט מסלול 'חוקרי העתיד'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מפגש בדיון קצר המחבר בין בטיחות בדרכים לבין אחריות הדדית בין 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מנווטים נכון: חוסן, בטיחות וקבלת החלטות בנובמבר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בטיחות בדרכים ועל חוסן רגשי. קוראים טקסטים ועונים על שאלות. עובדים לפי הסדר,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בטיחות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שילוב של דרך, רכב ואדם שמשפיעים יחד על רמת הסיכון בנסיעה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שלוקח לנהג/ת להגיב למצב בכביש, מושפע מעייפות והסחות דעת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עומס קוגניטיבי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המידע והגירויים שמעסיקים את תשומת הלב בזמן נהיגה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 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המשמשת למתן הוראה, למשל: עצור, האט, 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מחויבות לטובתו של האחר, לא בהכרח שתיקה מוחלטת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הבחירה הטובה לטווח קצר עלולה להזיק לטווח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דפוס מתמשך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הצטברות סימנים לאורך זמן, בניגוד לאירוע חד-פעמי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גורם מגן / גורם מסיח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 שמפחית סיכון בדרך לעומת נוסע שמגביר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בקע הכנרת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שקע טופוגרפי עמוק שבו שוכנת הכנרת, מתחת לפני 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נאמן/ת 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בבית הספר שאפשר לפנות אליו כשקשה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גאוגרפיה והנדסת הדרך: המסלול מעפולה לטבריה – הכרת המסלול והכבישים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עיר יוצא המסלול המתואר בטקסט לכיוון 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נצרת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כביש יוצאים מעפולה בתחילת הנסיעה צפונה-מזרחה?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כביש 65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כביש 75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 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כביש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הר בולט לאורך כביש 65 בדרך לטבריה?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מירון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גאוגרפיה והנדסת הדרך: המסלול מעפולה לטבריה – מיזוג הנתיבים וקריאת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נוסעים מחיפה משתמשים בכביש 77 לאורך כל הדרך לטבריה.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נמצאת הרבה מתחת לפני הים, ולכן הכביש אליה חייב לרדת בהפרש גובה גדול.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גאוגרפיה והנדסת הדרך: המסלול מעפולה לטבריה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במחלף גולני המסלול שיצא מעפולה עובר מכביש 65 לכביש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מחלף גולני הוא הנקודה שבה כל __________ מתנקזת לנתיב אחד היורד אל בקע הכנרת.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גאוגרפיה והנדסת הדרך: המסלול מעפולה לטבריה – התאמת מקומות לכבישים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היציאה מעפולה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כביש 75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יציאה מחיפה עד צומת 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כביש 90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מזרחה ממחלף גולני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כביש 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הדרך לאורך הכנרת בטבריה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כביש 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בטיחות כמערכת: הדרך, הרכב והאדם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שלושת הרכיבים של מערכת הבטיחות?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דרך, רכב ואדם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נהג, משטרה וחוק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כביש, רמזור ותמרור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מהירות, זמן ומרחק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לנהג/ת כשמגיעה הודעה לטלפון?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להוציא את המבט מהכביש לשניות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לשפר את הריכוז בנהיגה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להאיץ את מהירות הנסיעה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לעצור את הרכב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פתרונות ברוב בונים מהנדסים בקטעים מסוכנים?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שלטי אזהרה, מעקות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הגבלת מהירות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סגירת הכביש לתנועה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רמזורים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בטיחות כמערכת: הדרך, הרכב והאדם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עייפות ולחץ משפיעים על זמן התגובה של הנהג/ת.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נוסע/ת ברכב יכול/ה רק להסיח את דעת הנהג/ת ואין דרך שבה הוא/היא יכול/ה לעזור.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בטיחות כמערכת: הדרך, הרכב והאדם – יישום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מתאר שמחקרים בתחום ההתנהגות בדרכים מכנים את ההשפעה של נוסעים על סגנון הנהיגה בשם __________ חברתית.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בטיחות כמערכת: הדרך, הרכב והאדם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זמן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נוכחות נוסעים שמשפיעה על סגנון הנהיגה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עומס קוגניטיבי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הזמן שלוקח לנהג/ת להגיב לאירוע בדרך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השפעה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מערכות שמתריעות, מזהות ולעיתים אף בולמות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מערכות ממוחשבות ברכב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כמות המשימות המחשביות שהמוח מתמודד איתן בו-זמנית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לשון ההוראה: שלטים, ציוויים וניסוח בטיחותי – זיהוי פעלי ציווי בשלטי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בלשון ציווי?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כותבים "האט" ולא משפט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הוראה ברורה ומיידית לנהג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את מצב הכביש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על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להביע רגש כלפי הנהג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"תן" הוא זמן עבר, הווה, עתיד או ציווי?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הווה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לשון ההוראה: שלטים, ציוויים וניסוח בטיחותי – שימוש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ציווי פונה תמיד לנוכח (אתה/את), בלי תלות בזמן הדיבור.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השלט "דרך מפותלת" כתוב בלשון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לשון ההוראה: שלטים, ציוויים וניסוח בטיחותי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לפני עיקול חד בדרך היורדת לכנרת.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נסחו מחדש בלשון ציווי במקום "צריך לעצור כאן":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לשון ההוראה: שלטים, ציוויים וניסוח בטיחותי – התאמת שלטים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מתן מעבר לרכב בדרך הראשית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האט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שמירת מרחק והאטה בירידה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תן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עצירה מלאה ובדיקת 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הורדת מהירות לפני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חציה רק במקום המסומן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מעבר חציה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עיקולים רבים ברצף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ניווט רגשי: נאמנות, סודות וזיהוי מצוקה בשקט – הבנת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חושבים בטעות על 'אל תספר לאף אחד'?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שהוא תמיד מבטא אהבה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 ששומר הוא נאמן ומי שמספר בוגד, בלי קשר לתוכן הסוד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מתאים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תקף רק בין בני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נחשב סימן שקט למצוקה?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צעקות והתפרצויות זעם תכופות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היעלמות ממפגשים חברתיים ותשובות קצרות בהודעות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הצטיינות פתאומית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 גלויה לעזרה מהמורה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ניווט רגשי: נאמנות, סודות וזיהוי מצוקה בשקט – נכון או 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מצוקה רגשית אצל בני נוער תמיד באה לידי ביטוי בצורה דרמטית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בודד אחד, כמו סטורי עצוב פעם אחת, מספיק כדי להסיק שלחבר יש מצוקה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נאמנות אמיתית היא שתיקה מוחלטת בכל מצב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ניווט רגשי: נאמנות, סודות וזיהוי מצוקה בשקט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הטקסט, המשפט הראשוני שמוצע לפנייה לחבר הוא: 'שמתי לב שאתה קצת __________ לאחרונה'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הטקסט קובע כי נאמנות איננה שתיקה, אלא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ניווט רגשי: נאמנות, סודות וזיהוי מצוקה בשקט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פנייה נכונה לחבר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נושא עליו עומס שמחמיר ללא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דרך לוודא שהחבר לא נשאר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פרטיות ואינו מסכן את בעליו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שיתוף מבוגר במצוקה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בפרטיות, בטון רגוע, בלי חקירה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קבלת החלטות ודילמות: מהכביש לחברות – הבנת המושג דילמה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דילמה כפי שהוסבר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אין שום פתרון אפשרי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הבחירה הטובה לטווח הקצר עלולה להזיק לטווח הארוך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 שבו שני הצדדים תמיד צודקים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ויכוח בין שני חברים על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מצלצל הטלפון של הנהגת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מעפולה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בקטע ישר וארוך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בדיוק בירידה התלולה אל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שהגיעו ליעד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ההצעה הנכונה שמציע נוסע/ת כשהנהג/ת מוסח/ת מהטלפון?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ולשתוק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עליו/ה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להציע לקרוא ולענות על ההודעות במקומו/ה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לקחת ממנו/ה את הטלפון בכוח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כשסוד שחבר/ה ביקש לשמור הופך לסוד מדאיג על מצוקה מתמשכת?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צריך לשמור עליו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מבוגר/ת נחשב לבחירה הנכונה ולא לבגידה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עדיף להתעלם ולחכות שיעבור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לספר לכל הכיתה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קבלת החלטות ודילמות: מהכביש לחברות – יישום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טלפון מצלצל בירידה התלולה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עלולה להשאיר את החבר/ה לבד עם בעיה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חבר/ה מבקש/ת לשמור סוד על מצוקה מתמשכת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מחויבות לטובתו של האחר, לא שתיקה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בחירה טובה לטווח קצר שמזיקה בטווח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משתפים מבוגר/ת מתוך דאגה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נאמנות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הגדרת דילמה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אמון בטווח המיידי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נוסע/ת מציע/ה לענות במקום הנהג/ת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קבלת החלטות ודילמות: מהכביש לחברות – יישום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בתורת המשחקים, דילמה היא מצב שבו הבחירה הטובה לטווח הקצר __________ לטווח הארוך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נאמנות איננה שתיקה; היא __________ לטובתו של האחר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5 · קבלת החלטות ודילמות: מהכביש לחברות – חשיבה משווה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משותף לדילמה בכביש (הטלפון) ולדילמה החברתית (הסוד המדאיג)?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בשתיהן אין שום סיכון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בשתיהן יש פיתוי לבחור בפתרון הקל, שעלול לפגוע לטווח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בשתיהן הפתרון הוא תמיד לשתוק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בשתיהן מדובר רק בילדים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מדוע הירידה לטבריה דורשת תכנון הנדסי מיוחד, בהתבסס על הטופוגרפיה?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מזהה פועל ציווי בשלט ויודע/ת לנסח הוראת בטיחות דומה בעצמי?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להבחין בין שמירת סוד לגיטימית לבין מצב שבו צריך לשתף מבוגר/ת, ולנמק זאת?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מנווטים נכון: חוסן, בטיחות וקבלת החלטות בנובמבר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